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ЖУРНАЛ ЭКСПЛУАТАЦИИ СИСТЕМ ПРОТИВОПОЖАРНОЙ ЗАЩИТЫ</w:t>
      </w:r>
      <w:r>
        <w:br/>
      </w:r>
      <w:r>
        <w:rPr>
          <w:b/>
          <w:i w:val="0"/>
          <w:sz w:val="28"/>
        </w:rPr>
        <w:t>Раздел: внутренний противопожарный водопровод и пожарные краны</w:t>
      </w:r>
    </w:p>
    <w:p>
      <w:pPr>
        <w:spacing w:after="60"/>
      </w:pPr>
      <w:r>
        <w:rPr>
          <w:b w:val="0"/>
          <w:i w:val="0"/>
          <w:sz w:val="22"/>
        </w:rPr>
        <w:t>Организация: ______________________________</w:t>
      </w:r>
    </w:p>
    <w:p>
      <w:pPr>
        <w:spacing w:after="60"/>
      </w:pPr>
      <w:r>
        <w:rPr>
          <w:b w:val="0"/>
          <w:i w:val="0"/>
          <w:sz w:val="22"/>
        </w:rPr>
        <w:t>Объект (здание): ______________________________</w:t>
      </w:r>
    </w:p>
    <w:p>
      <w:pPr>
        <w:spacing w:after="60"/>
      </w:pPr>
      <w:r>
        <w:rPr>
          <w:b w:val="0"/>
          <w:i w:val="0"/>
          <w:sz w:val="22"/>
        </w:rPr>
        <w:t>Ответственный за эксплуатацию систем ППЗ (должность, ФИО):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tblHeader w:val="true"/>
        </w:trPr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Вид работ (осмотр, ТО, проверка работоспособности, испытание на водоотдачу, перекатка рукавов)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Стояки, пожарные краны (№)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Выявленные неисправности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Принятые меры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Исполнитель (организация, ФИО)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исполнителя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ответственного</w:t>
            </w:r>
          </w:p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8"/>
        </w:rPr>
        <w:t>Проверка работоспособности ВПВ и испытание на водоотдачу — не реже двух раз в год; перекатка рукавов пожарных кранов — не реже одного раза в год (ППР № 1479, п. 50).</w:t>
      </w:r>
    </w:p>
    <w:p>
      <w:pPr>
        <w:spacing w:after="80"/>
      </w:pPr>
      <w:r>
        <w:rPr>
          <w:b w:val="0"/>
          <w:i/>
          <w:sz w:val="16"/>
        </w:rPr>
        <w:t>Составлено по: ППР № 1479 (ПП РФ от 16.09.2020), п. 17(1) — форма журнала определяется руководителем объекта защиты, п. 50; ГОСТ Р 59643-2021, прил. А (типовой регламент ТО ВПВ).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эксплуатации систем противопожарной защиты: раздел ВПВ и пожарные краны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